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59727" w14:textId="457C5C5A" w:rsidR="00455CF2" w:rsidRDefault="00DE44FC" w:rsidP="00455CF2">
      <w:pPr>
        <w:jc w:val="center"/>
      </w:pPr>
      <w:r>
        <w:rPr>
          <w:noProof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 wp14:anchorId="12B22436" wp14:editId="2C9977D3">
                <wp:simplePos x="0" y="0"/>
                <wp:positionH relativeFrom="column">
                  <wp:posOffset>1952897</wp:posOffset>
                </wp:positionH>
                <wp:positionV relativeFrom="paragraph">
                  <wp:posOffset>-914400</wp:posOffset>
                </wp:positionV>
                <wp:extent cx="1403350" cy="1573969"/>
                <wp:effectExtent l="0" t="0" r="6350" b="7620"/>
                <wp:wrapNone/>
                <wp:docPr id="6" name="Canvas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5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90" y="0"/>
                            <a:ext cx="1367790" cy="153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480D48" id="Canvas 6" o:spid="_x0000_s1026" editas="canvas" style="position:absolute;margin-left:153.75pt;margin-top:-1in;width:110.5pt;height:123.95pt;z-index:251660288" coordsize="14033,157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4033;height:15735;visibility:visible;mso-wrap-style:square">
                  <v:fill o:detectmouseclick="t"/>
                  <v:path o:connecttype="none"/>
                </v:shape>
                <v:shape id="Picture 9" o:spid="_x0000_s1028" type="#_x0000_t75" style="position:absolute;left:360;width:13678;height:15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">
                  <v:imagedata r:id="rId7" o:title=""/>
                </v:shape>
              </v:group>
            </w:pict>
          </mc:Fallback>
        </mc:AlternateContent>
      </w:r>
    </w:p>
    <w:p w14:paraId="467ED847" w14:textId="77777777" w:rsidR="00DE44FC" w:rsidRPr="00DE44FC" w:rsidRDefault="00DE44FC" w:rsidP="00455CF2">
      <w:pPr>
        <w:pStyle w:val="Heading1"/>
        <w:jc w:val="center"/>
        <w:rPr>
          <w:sz w:val="16"/>
          <w:szCs w:val="16"/>
          <w:lang w:val="en-GB"/>
        </w:rPr>
      </w:pPr>
    </w:p>
    <w:p w14:paraId="1E92F51C" w14:textId="0E21EC9C" w:rsidR="00455CF2" w:rsidRPr="00455CF2" w:rsidRDefault="00455CF2" w:rsidP="00455CF2">
      <w:pPr>
        <w:pStyle w:val="Heading1"/>
        <w:jc w:val="center"/>
        <w:rPr>
          <w:sz w:val="48"/>
          <w:szCs w:val="48"/>
          <w:lang w:val="en-GB"/>
        </w:rPr>
      </w:pPr>
      <w:r w:rsidRPr="00455CF2">
        <w:rPr>
          <w:sz w:val="48"/>
          <w:szCs w:val="48"/>
          <w:lang w:val="en-GB"/>
        </w:rPr>
        <w:t>St Bernard's Preparatory School</w:t>
      </w:r>
    </w:p>
    <w:p w14:paraId="2071AEBE" w14:textId="4D2CEB58" w:rsidR="00455CF2" w:rsidRPr="00455CF2" w:rsidRDefault="00455CF2" w:rsidP="00455CF2">
      <w:pPr>
        <w:jc w:val="center"/>
        <w:rPr>
          <w:rFonts w:asciiTheme="majorHAnsi" w:hAnsiTheme="majorHAnsi" w:cstheme="majorHAnsi"/>
        </w:rPr>
      </w:pPr>
      <w:r w:rsidRPr="00455CF2">
        <w:rPr>
          <w:rFonts w:asciiTheme="majorHAnsi" w:hAnsiTheme="majorHAnsi" w:cstheme="majorHAnsi"/>
          <w:lang w:val="en-GB"/>
        </w:rPr>
        <w:t>Independent Co-Educational EYFS, Pre-Preparatory and Preparatory Schoo</w:t>
      </w:r>
      <w:r>
        <w:rPr>
          <w:rFonts w:asciiTheme="majorHAnsi" w:hAnsiTheme="majorHAnsi" w:cstheme="majorHAnsi"/>
          <w:lang w:val="en-GB"/>
        </w:rPr>
        <w:t>l</w:t>
      </w:r>
    </w:p>
    <w:p w14:paraId="2890EED5" w14:textId="6EB6D343" w:rsidR="00455CF2" w:rsidRPr="00455CF2" w:rsidRDefault="00455CF2" w:rsidP="00455CF2">
      <w:pPr>
        <w:pStyle w:val="Heading1"/>
        <w:jc w:val="center"/>
        <w:rPr>
          <w:rFonts w:cstheme="majorHAnsi"/>
          <w:sz w:val="40"/>
          <w:szCs w:val="40"/>
        </w:rPr>
      </w:pPr>
      <w:r w:rsidRPr="00455CF2">
        <w:rPr>
          <w:rFonts w:cstheme="majorHAnsi"/>
          <w:sz w:val="40"/>
          <w:szCs w:val="40"/>
        </w:rPr>
        <w:t>KS2 Class Teacher</w:t>
      </w:r>
    </w:p>
    <w:p w14:paraId="3ECE56E1" w14:textId="77777777" w:rsidR="00381667" w:rsidRPr="00381667" w:rsidRDefault="00455CF2" w:rsidP="00381667">
      <w:pPr>
        <w:pStyle w:val="NoSpacing"/>
        <w:jc w:val="center"/>
        <w:rPr>
          <w:rFonts w:asciiTheme="majorHAnsi" w:hAnsiTheme="majorHAnsi" w:cstheme="majorHAnsi"/>
          <w:lang w:val="en-GB"/>
        </w:rPr>
      </w:pPr>
      <w:r w:rsidRPr="00381667">
        <w:rPr>
          <w:rFonts w:asciiTheme="majorHAnsi" w:hAnsiTheme="majorHAnsi" w:cstheme="majorHAnsi"/>
          <w:lang w:val="en-GB"/>
        </w:rPr>
        <w:t>Location: Slough, Berkshire</w:t>
      </w:r>
    </w:p>
    <w:p w14:paraId="33557AF9" w14:textId="5BBB0218" w:rsidR="00381667" w:rsidRPr="00381667" w:rsidRDefault="00455CF2" w:rsidP="00381667">
      <w:pPr>
        <w:pStyle w:val="NoSpacing"/>
        <w:jc w:val="center"/>
        <w:rPr>
          <w:rFonts w:asciiTheme="majorHAnsi" w:hAnsiTheme="majorHAnsi" w:cstheme="majorHAnsi"/>
          <w:lang w:val="en-GB"/>
        </w:rPr>
      </w:pPr>
      <w:r w:rsidRPr="00381667">
        <w:rPr>
          <w:rFonts w:asciiTheme="majorHAnsi" w:hAnsiTheme="majorHAnsi" w:cstheme="majorHAnsi"/>
          <w:lang w:val="en-GB"/>
        </w:rPr>
        <w:t xml:space="preserve">Contract: Full Time, </w:t>
      </w:r>
      <w:r w:rsidR="0063621F">
        <w:rPr>
          <w:rFonts w:asciiTheme="majorHAnsi" w:hAnsiTheme="majorHAnsi" w:cstheme="majorHAnsi"/>
          <w:lang w:val="en-GB"/>
        </w:rPr>
        <w:t xml:space="preserve">Permanent </w:t>
      </w:r>
      <w:r w:rsidR="00381667" w:rsidRPr="00381667">
        <w:rPr>
          <w:rFonts w:asciiTheme="majorHAnsi" w:hAnsiTheme="majorHAnsi" w:cstheme="majorHAnsi"/>
          <w:lang w:val="en-GB"/>
        </w:rPr>
        <w:t>Contract</w:t>
      </w:r>
    </w:p>
    <w:p w14:paraId="50BD842D" w14:textId="395E6B2A" w:rsidR="00381667" w:rsidRPr="00381667" w:rsidRDefault="00455CF2" w:rsidP="00381667">
      <w:pPr>
        <w:pStyle w:val="NoSpacing"/>
        <w:jc w:val="center"/>
        <w:rPr>
          <w:rFonts w:asciiTheme="majorHAnsi" w:hAnsiTheme="majorHAnsi" w:cstheme="majorHAnsi"/>
          <w:lang w:val="en-GB"/>
        </w:rPr>
      </w:pPr>
      <w:r w:rsidRPr="00381667">
        <w:rPr>
          <w:rFonts w:asciiTheme="majorHAnsi" w:hAnsiTheme="majorHAnsi" w:cstheme="majorHAnsi"/>
          <w:lang w:val="en-GB"/>
        </w:rPr>
        <w:t>To Start: September 202</w:t>
      </w:r>
      <w:r w:rsidR="00381667" w:rsidRPr="00381667">
        <w:rPr>
          <w:rFonts w:asciiTheme="majorHAnsi" w:hAnsiTheme="majorHAnsi" w:cstheme="majorHAnsi"/>
          <w:lang w:val="en-GB"/>
        </w:rPr>
        <w:t>6</w:t>
      </w:r>
    </w:p>
    <w:p w14:paraId="0CD1E10A" w14:textId="77777777" w:rsidR="00381667" w:rsidRPr="00381667" w:rsidRDefault="00455CF2" w:rsidP="00381667">
      <w:pPr>
        <w:pStyle w:val="NoSpacing"/>
        <w:jc w:val="center"/>
        <w:rPr>
          <w:rFonts w:asciiTheme="majorHAnsi" w:hAnsiTheme="majorHAnsi" w:cstheme="majorHAnsi"/>
          <w:lang w:val="en-GB"/>
        </w:rPr>
      </w:pPr>
      <w:r w:rsidRPr="00381667">
        <w:rPr>
          <w:rFonts w:asciiTheme="majorHAnsi" w:hAnsiTheme="majorHAnsi" w:cstheme="majorHAnsi"/>
          <w:lang w:val="en-GB"/>
        </w:rPr>
        <w:t>Salary: Dependent on experience</w:t>
      </w:r>
    </w:p>
    <w:p w14:paraId="6A1643B6" w14:textId="401E84D6" w:rsidR="00455CF2" w:rsidRPr="00381667" w:rsidRDefault="00455CF2" w:rsidP="00381667">
      <w:pPr>
        <w:jc w:val="center"/>
        <w:rPr>
          <w:rFonts w:asciiTheme="majorHAnsi" w:hAnsiTheme="majorHAnsi" w:cstheme="majorHAnsi"/>
          <w:lang w:val="en-GB"/>
        </w:rPr>
      </w:pPr>
      <w:r w:rsidRPr="00381667">
        <w:rPr>
          <w:rFonts w:asciiTheme="majorHAnsi" w:hAnsiTheme="majorHAnsi" w:cstheme="majorHAnsi"/>
          <w:lang w:val="en-GB"/>
        </w:rPr>
        <w:t xml:space="preserve">Application Deadline: </w:t>
      </w:r>
      <w:r w:rsidR="00381667">
        <w:rPr>
          <w:rFonts w:asciiTheme="majorHAnsi" w:hAnsiTheme="majorHAnsi" w:cstheme="majorHAnsi"/>
          <w:lang w:val="en-GB"/>
        </w:rPr>
        <w:t>Monday 20</w:t>
      </w:r>
      <w:r w:rsidR="00381667" w:rsidRPr="00381667">
        <w:rPr>
          <w:rFonts w:asciiTheme="majorHAnsi" w:hAnsiTheme="majorHAnsi" w:cstheme="majorHAnsi"/>
          <w:vertAlign w:val="superscript"/>
          <w:lang w:val="en-GB"/>
        </w:rPr>
        <w:t>th</w:t>
      </w:r>
      <w:r w:rsidR="00381667">
        <w:rPr>
          <w:rFonts w:asciiTheme="majorHAnsi" w:hAnsiTheme="majorHAnsi" w:cstheme="majorHAnsi"/>
          <w:lang w:val="en-GB"/>
        </w:rPr>
        <w:t xml:space="preserve"> April 2026</w:t>
      </w:r>
      <w:r w:rsidRPr="00381667">
        <w:rPr>
          <w:rFonts w:asciiTheme="majorHAnsi" w:hAnsiTheme="majorHAnsi" w:cstheme="majorHAnsi"/>
          <w:lang w:val="en-GB"/>
        </w:rPr>
        <w:t xml:space="preserve"> (midday)</w:t>
      </w:r>
      <w:r w:rsidR="001B3766">
        <w:rPr>
          <w:rFonts w:asciiTheme="majorHAnsi" w:hAnsiTheme="majorHAnsi" w:cstheme="majorHAnsi"/>
          <w:lang w:val="en-GB"/>
        </w:rPr>
        <w:t xml:space="preserve"> but applications will be reviewed as they are received. Interviews will be arranged on a rolling basis for shortlisted candidates but if you have not heard from us by Monday 27</w:t>
      </w:r>
      <w:r w:rsidR="001B3766" w:rsidRPr="001B3766">
        <w:rPr>
          <w:rFonts w:asciiTheme="majorHAnsi" w:hAnsiTheme="majorHAnsi" w:cstheme="majorHAnsi"/>
          <w:vertAlign w:val="superscript"/>
          <w:lang w:val="en-GB"/>
        </w:rPr>
        <w:t>th</w:t>
      </w:r>
      <w:r w:rsidR="001B3766">
        <w:rPr>
          <w:rFonts w:asciiTheme="majorHAnsi" w:hAnsiTheme="majorHAnsi" w:cstheme="majorHAnsi"/>
          <w:lang w:val="en-GB"/>
        </w:rPr>
        <w:t xml:space="preserve"> April 2026 then your application has been unsuccessful.</w:t>
      </w:r>
    </w:p>
    <w:p w14:paraId="536D40C9" w14:textId="39E19461" w:rsidR="00381667" w:rsidRPr="00381667" w:rsidRDefault="00381667" w:rsidP="00381667">
      <w:pPr>
        <w:pStyle w:val="Heading1"/>
        <w:rPr>
          <w:sz w:val="36"/>
          <w:szCs w:val="36"/>
        </w:rPr>
      </w:pPr>
      <w:r w:rsidRPr="00381667">
        <w:rPr>
          <w:sz w:val="36"/>
          <w:szCs w:val="36"/>
          <w:lang w:val="en-GB"/>
        </w:rPr>
        <w:t>About Us</w:t>
      </w:r>
    </w:p>
    <w:p w14:paraId="779A02AC" w14:textId="6A656530" w:rsidR="00381667" w:rsidRDefault="001B3766" w:rsidP="00381667">
      <w:pPr>
        <w:jc w:val="both"/>
        <w:rPr>
          <w:rFonts w:asciiTheme="majorHAnsi" w:hAnsiTheme="majorHAnsi" w:cstheme="majorHAnsi"/>
        </w:rPr>
      </w:pPr>
      <w:r w:rsidRPr="00381667">
        <w:rPr>
          <w:rFonts w:asciiTheme="majorHAnsi" w:hAnsiTheme="majorHAnsi" w:cstheme="majorHAnsi"/>
        </w:rPr>
        <w:t>St Bernard's Preparatory School is a thriving 2 form entry independent prep school with</w:t>
      </w:r>
      <w:r w:rsidR="00381667">
        <w:rPr>
          <w:rFonts w:asciiTheme="majorHAnsi" w:hAnsiTheme="majorHAnsi" w:cstheme="majorHAnsi"/>
        </w:rPr>
        <w:t xml:space="preserve"> </w:t>
      </w:r>
      <w:r w:rsidRPr="00381667">
        <w:rPr>
          <w:rFonts w:asciiTheme="majorHAnsi" w:hAnsiTheme="majorHAnsi" w:cstheme="majorHAnsi"/>
        </w:rPr>
        <w:t>an exceptional Early Years department, catering for children from 2 and a half years old.</w:t>
      </w:r>
      <w:r w:rsidR="00381667">
        <w:rPr>
          <w:rFonts w:asciiTheme="majorHAnsi" w:hAnsiTheme="majorHAnsi" w:cstheme="majorHAnsi"/>
        </w:rPr>
        <w:t xml:space="preserve"> </w:t>
      </w:r>
      <w:r w:rsidRPr="00381667">
        <w:rPr>
          <w:rFonts w:asciiTheme="majorHAnsi" w:hAnsiTheme="majorHAnsi" w:cstheme="majorHAnsi"/>
        </w:rPr>
        <w:t xml:space="preserve">The school is committed to offering a broad, balanced, creative and </w:t>
      </w:r>
      <w:r w:rsidRPr="00381667">
        <w:rPr>
          <w:rFonts w:asciiTheme="majorHAnsi" w:hAnsiTheme="majorHAnsi" w:cstheme="majorHAnsi"/>
        </w:rPr>
        <w:t>challenging</w:t>
      </w:r>
      <w:r w:rsidR="00381667">
        <w:rPr>
          <w:rFonts w:asciiTheme="majorHAnsi" w:hAnsiTheme="majorHAnsi" w:cstheme="majorHAnsi"/>
        </w:rPr>
        <w:t xml:space="preserve"> </w:t>
      </w:r>
      <w:r w:rsidRPr="00381667">
        <w:rPr>
          <w:rFonts w:asciiTheme="majorHAnsi" w:hAnsiTheme="majorHAnsi" w:cstheme="majorHAnsi"/>
        </w:rPr>
        <w:t>curriculum, enriched by experiences and opportunities that enhance and consolidate the</w:t>
      </w:r>
      <w:r w:rsidR="00381667">
        <w:rPr>
          <w:rFonts w:asciiTheme="majorHAnsi" w:hAnsiTheme="majorHAnsi" w:cstheme="majorHAnsi"/>
        </w:rPr>
        <w:t xml:space="preserve"> </w:t>
      </w:r>
      <w:r w:rsidRPr="00381667">
        <w:rPr>
          <w:rFonts w:asciiTheme="majorHAnsi" w:hAnsiTheme="majorHAnsi" w:cstheme="majorHAnsi"/>
        </w:rPr>
        <w:t>learning process</w:t>
      </w:r>
      <w:r w:rsidRPr="00455CF2">
        <w:rPr>
          <w:rFonts w:asciiTheme="majorHAnsi" w:hAnsiTheme="majorHAnsi" w:cstheme="majorHAnsi"/>
        </w:rPr>
        <w:t>.</w:t>
      </w:r>
    </w:p>
    <w:p w14:paraId="30FC20C0" w14:textId="53812510" w:rsidR="00381667" w:rsidRDefault="001B3766" w:rsidP="00381667">
      <w:pPr>
        <w:jc w:val="both"/>
        <w:rPr>
          <w:rFonts w:asciiTheme="majorHAnsi" w:hAnsiTheme="majorHAnsi" w:cstheme="majorHAnsi"/>
        </w:rPr>
      </w:pPr>
      <w:r w:rsidRPr="00455CF2">
        <w:rPr>
          <w:rFonts w:asciiTheme="majorHAnsi" w:hAnsiTheme="majorHAnsi" w:cstheme="majorHAnsi"/>
        </w:rPr>
        <w:t>In our most recent Independent Schools Inspectorate report, the school was praised for</w:t>
      </w:r>
      <w:r w:rsidR="00381667">
        <w:rPr>
          <w:rFonts w:asciiTheme="majorHAnsi" w:hAnsiTheme="majorHAnsi" w:cstheme="majorHAnsi"/>
        </w:rPr>
        <w:t xml:space="preserve"> </w:t>
      </w:r>
      <w:r w:rsidRPr="00455CF2">
        <w:rPr>
          <w:rFonts w:asciiTheme="majorHAnsi" w:hAnsiTheme="majorHAnsi" w:cstheme="majorHAnsi"/>
        </w:rPr>
        <w:t>the excellent quality of its pupils' academic and other achievements, their exemplary</w:t>
      </w:r>
      <w:r w:rsidR="00381667">
        <w:rPr>
          <w:rFonts w:asciiTheme="majorHAnsi" w:hAnsiTheme="majorHAnsi" w:cstheme="majorHAnsi"/>
        </w:rPr>
        <w:t xml:space="preserve"> </w:t>
      </w:r>
      <w:r w:rsidRPr="00455CF2">
        <w:rPr>
          <w:rFonts w:asciiTheme="majorHAnsi" w:hAnsiTheme="majorHAnsi" w:cstheme="majorHAnsi"/>
        </w:rPr>
        <w:t>behaviour, and the outstanding quality of their personal development. The inspectors</w:t>
      </w:r>
      <w:r w:rsidR="00381667">
        <w:rPr>
          <w:rFonts w:asciiTheme="majorHAnsi" w:hAnsiTheme="majorHAnsi" w:cstheme="majorHAnsi"/>
        </w:rPr>
        <w:t xml:space="preserve"> </w:t>
      </w:r>
      <w:r w:rsidRPr="00455CF2">
        <w:rPr>
          <w:rFonts w:asciiTheme="majorHAnsi" w:hAnsiTheme="majorHAnsi" w:cstheme="majorHAnsi"/>
        </w:rPr>
        <w:t>highlighted the school's commitment to academic excellence, with pupils making rapid</w:t>
      </w:r>
      <w:r w:rsidR="00381667">
        <w:rPr>
          <w:rFonts w:asciiTheme="majorHAnsi" w:hAnsiTheme="majorHAnsi" w:cstheme="majorHAnsi"/>
        </w:rPr>
        <w:t xml:space="preserve"> </w:t>
      </w:r>
      <w:r w:rsidRPr="00455CF2">
        <w:rPr>
          <w:rFonts w:asciiTheme="majorHAnsi" w:hAnsiTheme="majorHAnsi" w:cstheme="majorHAnsi"/>
        </w:rPr>
        <w:t>progress and achieving high levels of knowledge and understanding by the time they</w:t>
      </w:r>
      <w:r w:rsidR="00381667">
        <w:rPr>
          <w:rFonts w:asciiTheme="majorHAnsi" w:hAnsiTheme="majorHAnsi" w:cstheme="majorHAnsi"/>
        </w:rPr>
        <w:t xml:space="preserve"> </w:t>
      </w:r>
      <w:r w:rsidRPr="00455CF2">
        <w:rPr>
          <w:rFonts w:asciiTheme="majorHAnsi" w:hAnsiTheme="majorHAnsi" w:cstheme="majorHAnsi"/>
        </w:rPr>
        <w:t>leave.</w:t>
      </w:r>
    </w:p>
    <w:p w14:paraId="084CEE1C" w14:textId="617EB1DC" w:rsidR="00AF15D8" w:rsidRPr="00DE44FC" w:rsidRDefault="00DE44FC" w:rsidP="00DE44FC">
      <w:pPr>
        <w:pStyle w:val="Heading1"/>
        <w:rPr>
          <w:sz w:val="36"/>
          <w:szCs w:val="36"/>
        </w:rPr>
      </w:pPr>
      <w:r>
        <w:rPr>
          <w:sz w:val="36"/>
          <w:szCs w:val="36"/>
          <w:lang w:val="en-GB"/>
        </w:rPr>
        <w:t>Responsibilities</w:t>
      </w:r>
    </w:p>
    <w:p w14:paraId="5555361D" w14:textId="04D3D853" w:rsidR="00AF15D8" w:rsidRPr="00DE44FC" w:rsidRDefault="001B3766" w:rsidP="00DE44FC">
      <w:pPr>
        <w:pStyle w:val="NoSpacing"/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We are seeking to appoint an ambitious, dynamic and passionate teacher who can inspire</w:t>
      </w:r>
      <w:r w:rsidR="00DE44FC">
        <w:rPr>
          <w:rFonts w:asciiTheme="majorHAnsi" w:hAnsiTheme="majorHAnsi" w:cstheme="majorHAnsi"/>
        </w:rPr>
        <w:t xml:space="preserve"> </w:t>
      </w:r>
      <w:r w:rsidRPr="00DE44FC">
        <w:rPr>
          <w:rFonts w:asciiTheme="majorHAnsi" w:hAnsiTheme="majorHAnsi" w:cstheme="majorHAnsi"/>
        </w:rPr>
        <w:t>our children in the classroom and contribute to the full life of our highly successful school.</w:t>
      </w:r>
    </w:p>
    <w:p w14:paraId="305806E0" w14:textId="49415708" w:rsidR="00AF15D8" w:rsidRPr="004C3055" w:rsidRDefault="001B3766" w:rsidP="004C3055">
      <w:pPr>
        <w:pStyle w:val="NoSpacing"/>
        <w:numPr>
          <w:ilvl w:val="0"/>
          <w:numId w:val="10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Deliver outstanding teaching and l</w:t>
      </w:r>
      <w:r w:rsidRPr="004C3055">
        <w:rPr>
          <w:rFonts w:asciiTheme="majorHAnsi" w:hAnsiTheme="majorHAnsi" w:cstheme="majorHAnsi"/>
        </w:rPr>
        <w:t xml:space="preserve">earning to engage and challenge our </w:t>
      </w:r>
      <w:r w:rsidR="004C3055">
        <w:rPr>
          <w:rFonts w:asciiTheme="majorHAnsi" w:hAnsiTheme="majorHAnsi" w:cstheme="majorHAnsi"/>
        </w:rPr>
        <w:t>children</w:t>
      </w:r>
    </w:p>
    <w:p w14:paraId="3C0C9638" w14:textId="77777777" w:rsidR="00AF15D8" w:rsidRPr="00DE44FC" w:rsidRDefault="001B3766" w:rsidP="00DE44FC">
      <w:pPr>
        <w:pStyle w:val="NoSpacing"/>
        <w:numPr>
          <w:ilvl w:val="0"/>
          <w:numId w:val="10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Promote a love of learning and intellectual curiosity in your students</w:t>
      </w:r>
    </w:p>
    <w:p w14:paraId="49EBA9D3" w14:textId="5049D323" w:rsidR="00AF15D8" w:rsidRPr="00DE44FC" w:rsidRDefault="001B3766" w:rsidP="00DE44FC">
      <w:pPr>
        <w:pStyle w:val="NoSpacing"/>
        <w:numPr>
          <w:ilvl w:val="0"/>
          <w:numId w:val="10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 xml:space="preserve">Adapt your teaching to respond to the strengths and needs of all </w:t>
      </w:r>
      <w:r w:rsidR="004C3055">
        <w:rPr>
          <w:rFonts w:asciiTheme="majorHAnsi" w:hAnsiTheme="majorHAnsi" w:cstheme="majorHAnsi"/>
        </w:rPr>
        <w:t>children</w:t>
      </w:r>
    </w:p>
    <w:p w14:paraId="70DEE86E" w14:textId="77777777" w:rsidR="00AF15D8" w:rsidRPr="00DE44FC" w:rsidRDefault="001B3766" w:rsidP="00DE44FC">
      <w:pPr>
        <w:pStyle w:val="NoSpacing"/>
        <w:numPr>
          <w:ilvl w:val="0"/>
          <w:numId w:val="10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Make effective use of assessment to monitor progress and plan subsequent lessons</w:t>
      </w:r>
    </w:p>
    <w:p w14:paraId="3287A991" w14:textId="77777777" w:rsidR="00AF15D8" w:rsidRPr="00DE44FC" w:rsidRDefault="001B3766" w:rsidP="00DE44FC">
      <w:pPr>
        <w:pStyle w:val="NoSpacing"/>
        <w:numPr>
          <w:ilvl w:val="0"/>
          <w:numId w:val="10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Manage behaviour effectively to ensure a positive and safe learning environment</w:t>
      </w:r>
    </w:p>
    <w:p w14:paraId="1980DED8" w14:textId="77777777" w:rsidR="00AF15D8" w:rsidRDefault="001B3766" w:rsidP="00DE44FC">
      <w:pPr>
        <w:pStyle w:val="NoSpacing"/>
        <w:numPr>
          <w:ilvl w:val="0"/>
          <w:numId w:val="10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Contribute to the wider life and ethos of the school</w:t>
      </w:r>
    </w:p>
    <w:p w14:paraId="1A3E8286" w14:textId="77777777" w:rsidR="004C3055" w:rsidRDefault="004C3055" w:rsidP="004C3055">
      <w:pPr>
        <w:pStyle w:val="NoSpacing"/>
        <w:rPr>
          <w:rFonts w:asciiTheme="majorHAnsi" w:hAnsiTheme="majorHAnsi" w:cstheme="majorHAnsi"/>
        </w:rPr>
      </w:pPr>
    </w:p>
    <w:p w14:paraId="163D41BA" w14:textId="77777777" w:rsidR="004C3055" w:rsidRDefault="004C3055" w:rsidP="004C3055">
      <w:pPr>
        <w:pStyle w:val="NoSpacing"/>
        <w:rPr>
          <w:rFonts w:asciiTheme="majorHAnsi" w:hAnsiTheme="majorHAnsi" w:cstheme="majorHAnsi"/>
        </w:rPr>
      </w:pPr>
    </w:p>
    <w:p w14:paraId="2ECF75B8" w14:textId="77777777" w:rsidR="004C3055" w:rsidRDefault="004C3055" w:rsidP="004C3055">
      <w:pPr>
        <w:pStyle w:val="NoSpacing"/>
        <w:rPr>
          <w:rFonts w:asciiTheme="majorHAnsi" w:hAnsiTheme="majorHAnsi" w:cstheme="majorHAnsi"/>
        </w:rPr>
      </w:pPr>
    </w:p>
    <w:p w14:paraId="2CF171F5" w14:textId="203745F9" w:rsidR="004C3055" w:rsidRPr="004C3055" w:rsidRDefault="004C3055" w:rsidP="004C3055">
      <w:pPr>
        <w:pStyle w:val="Heading1"/>
        <w:rPr>
          <w:sz w:val="36"/>
          <w:szCs w:val="36"/>
        </w:rPr>
      </w:pPr>
      <w:r>
        <w:rPr>
          <w:sz w:val="36"/>
          <w:szCs w:val="36"/>
          <w:lang w:val="en-GB"/>
        </w:rPr>
        <w:t>What we are looking for</w:t>
      </w:r>
    </w:p>
    <w:p w14:paraId="7FF1BCA9" w14:textId="77777777" w:rsidR="00AF15D8" w:rsidRPr="00DE44FC" w:rsidRDefault="001B3766" w:rsidP="00DE44FC">
      <w:pPr>
        <w:pStyle w:val="NoSpacing"/>
        <w:jc w:val="both"/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Requirements:</w:t>
      </w:r>
    </w:p>
    <w:p w14:paraId="77DFA86F" w14:textId="77777777" w:rsidR="00AF15D8" w:rsidRPr="00DE44FC" w:rsidRDefault="001B3766" w:rsidP="00FD4DAA">
      <w:pPr>
        <w:pStyle w:val="NoSpacing"/>
        <w:numPr>
          <w:ilvl w:val="0"/>
          <w:numId w:val="11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Qualified Teacher Status (QTS) or equivalent</w:t>
      </w:r>
    </w:p>
    <w:p w14:paraId="5A4DB311" w14:textId="77777777" w:rsidR="00AF15D8" w:rsidRPr="00DE44FC" w:rsidRDefault="001B3766" w:rsidP="00FD4DAA">
      <w:pPr>
        <w:pStyle w:val="NoSpacing"/>
        <w:numPr>
          <w:ilvl w:val="0"/>
          <w:numId w:val="11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Proven track record of successful teaching in a primary school setting</w:t>
      </w:r>
    </w:p>
    <w:p w14:paraId="71DB800B" w14:textId="45097CEF" w:rsidR="00AF15D8" w:rsidRPr="00DE44FC" w:rsidRDefault="001B3766" w:rsidP="00FD4DAA">
      <w:pPr>
        <w:pStyle w:val="NoSpacing"/>
        <w:numPr>
          <w:ilvl w:val="0"/>
          <w:numId w:val="11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Excellent subject knowledge and a commitment to continuous professional</w:t>
      </w:r>
      <w:r w:rsidR="0063621F">
        <w:rPr>
          <w:rFonts w:asciiTheme="majorHAnsi" w:hAnsiTheme="majorHAnsi" w:cstheme="majorHAnsi"/>
        </w:rPr>
        <w:t xml:space="preserve"> </w:t>
      </w:r>
      <w:r w:rsidRPr="00DE44FC">
        <w:rPr>
          <w:rFonts w:asciiTheme="majorHAnsi" w:hAnsiTheme="majorHAnsi" w:cstheme="majorHAnsi"/>
        </w:rPr>
        <w:t>development</w:t>
      </w:r>
    </w:p>
    <w:p w14:paraId="0CCC2348" w14:textId="77777777" w:rsidR="00AF15D8" w:rsidRPr="00DE44FC" w:rsidRDefault="001B3766" w:rsidP="00FD4DAA">
      <w:pPr>
        <w:pStyle w:val="NoSpacing"/>
        <w:numPr>
          <w:ilvl w:val="0"/>
          <w:numId w:val="11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Strong behaviour management skills and the ability to create a positive learning</w:t>
      </w:r>
    </w:p>
    <w:p w14:paraId="0E72293F" w14:textId="77777777" w:rsidR="00AF15D8" w:rsidRPr="00DE44FC" w:rsidRDefault="001B3766" w:rsidP="0063621F">
      <w:pPr>
        <w:pStyle w:val="NoSpacing"/>
        <w:ind w:left="720"/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environment</w:t>
      </w:r>
    </w:p>
    <w:p w14:paraId="736A9AAF" w14:textId="74566833" w:rsidR="00AF15D8" w:rsidRPr="0063621F" w:rsidRDefault="001B3766" w:rsidP="0063621F">
      <w:pPr>
        <w:pStyle w:val="NoSpacing"/>
        <w:numPr>
          <w:ilvl w:val="0"/>
          <w:numId w:val="11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Effective communication and interpersonal skills to build positive relationships with pupils,</w:t>
      </w:r>
      <w:r w:rsidR="0063621F">
        <w:rPr>
          <w:rFonts w:asciiTheme="majorHAnsi" w:hAnsiTheme="majorHAnsi" w:cstheme="majorHAnsi"/>
        </w:rPr>
        <w:t xml:space="preserve"> </w:t>
      </w:r>
      <w:r w:rsidRPr="0063621F">
        <w:rPr>
          <w:rFonts w:asciiTheme="majorHAnsi" w:hAnsiTheme="majorHAnsi" w:cstheme="majorHAnsi"/>
        </w:rPr>
        <w:t>parents and colleagues</w:t>
      </w:r>
    </w:p>
    <w:p w14:paraId="6CD7F765" w14:textId="77777777" w:rsidR="0063621F" w:rsidRPr="00DE44FC" w:rsidRDefault="0063621F" w:rsidP="0063621F">
      <w:pPr>
        <w:pStyle w:val="NoSpacing"/>
        <w:ind w:left="720"/>
        <w:rPr>
          <w:rFonts w:asciiTheme="majorHAnsi" w:hAnsiTheme="majorHAnsi" w:cstheme="majorHAnsi"/>
        </w:rPr>
      </w:pPr>
    </w:p>
    <w:p w14:paraId="5BBD33F1" w14:textId="77777777" w:rsidR="00AF15D8" w:rsidRPr="00DE44FC" w:rsidRDefault="001B3766" w:rsidP="00DE44FC">
      <w:pPr>
        <w:pStyle w:val="NoSpacing"/>
        <w:jc w:val="both"/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Desirable Qualities:</w:t>
      </w:r>
    </w:p>
    <w:p w14:paraId="047E94DF" w14:textId="77777777" w:rsidR="00AF15D8" w:rsidRPr="00DE44FC" w:rsidRDefault="001B3766" w:rsidP="0063621F">
      <w:pPr>
        <w:pStyle w:val="NoSpacing"/>
        <w:numPr>
          <w:ilvl w:val="0"/>
          <w:numId w:val="12"/>
        </w:numPr>
        <w:jc w:val="both"/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Passion for inspiring and engaging children in their learning</w:t>
      </w:r>
    </w:p>
    <w:p w14:paraId="0721ED35" w14:textId="77777777" w:rsidR="00AF15D8" w:rsidRPr="00DE44FC" w:rsidRDefault="001B3766" w:rsidP="0063621F">
      <w:pPr>
        <w:pStyle w:val="NoSpacing"/>
        <w:numPr>
          <w:ilvl w:val="0"/>
          <w:numId w:val="12"/>
        </w:numPr>
        <w:jc w:val="both"/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Creativity and innovation in lesson planning and delivery</w:t>
      </w:r>
    </w:p>
    <w:p w14:paraId="3B95B497" w14:textId="77777777" w:rsidR="00AF15D8" w:rsidRPr="00DE44FC" w:rsidRDefault="001B3766" w:rsidP="0063621F">
      <w:pPr>
        <w:pStyle w:val="NoSpacing"/>
        <w:numPr>
          <w:ilvl w:val="0"/>
          <w:numId w:val="12"/>
        </w:numPr>
        <w:jc w:val="both"/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Commitment to promoting the school's values and ethos</w:t>
      </w:r>
    </w:p>
    <w:p w14:paraId="04933E0F" w14:textId="1BBAD559" w:rsidR="0063621F" w:rsidRPr="0063621F" w:rsidRDefault="001B3766" w:rsidP="00DE44FC">
      <w:pPr>
        <w:pStyle w:val="NoSpacing"/>
        <w:numPr>
          <w:ilvl w:val="0"/>
          <w:numId w:val="12"/>
        </w:numPr>
        <w:jc w:val="both"/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Willingness to contribute to the broader life of the school</w:t>
      </w:r>
    </w:p>
    <w:p w14:paraId="53701D09" w14:textId="618030DF" w:rsidR="00AF15D8" w:rsidRPr="0063621F" w:rsidRDefault="001B3766" w:rsidP="0063621F">
      <w:pPr>
        <w:pStyle w:val="Heading1"/>
        <w:rPr>
          <w:sz w:val="36"/>
          <w:szCs w:val="36"/>
        </w:rPr>
      </w:pPr>
      <w:r w:rsidRPr="0063621F">
        <w:rPr>
          <w:sz w:val="36"/>
          <w:szCs w:val="36"/>
        </w:rPr>
        <w:t xml:space="preserve">What we </w:t>
      </w:r>
      <w:r w:rsidR="0063621F" w:rsidRPr="0063621F">
        <w:rPr>
          <w:sz w:val="36"/>
          <w:szCs w:val="36"/>
        </w:rPr>
        <w:t>can offer</w:t>
      </w:r>
    </w:p>
    <w:p w14:paraId="0F16CF98" w14:textId="1FFD9C64" w:rsidR="00AF15D8" w:rsidRPr="0063621F" w:rsidRDefault="001B3766" w:rsidP="0063621F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 xml:space="preserve">A welcoming and stimulating environment </w:t>
      </w:r>
    </w:p>
    <w:p w14:paraId="7926AE37" w14:textId="753036D7" w:rsidR="00AF15D8" w:rsidRPr="00DE44FC" w:rsidRDefault="001B3766" w:rsidP="0063621F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>Caring, motivated and courteous children</w:t>
      </w:r>
    </w:p>
    <w:p w14:paraId="2B6652FC" w14:textId="77777777" w:rsidR="0063621F" w:rsidRDefault="0063621F" w:rsidP="0063621F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High standards of teaching and learning</w:t>
      </w:r>
    </w:p>
    <w:p w14:paraId="192A3CF2" w14:textId="46A93241" w:rsidR="00AF15D8" w:rsidRPr="0063621F" w:rsidRDefault="001B3766" w:rsidP="0063621F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 w:rsidRPr="0063621F">
        <w:rPr>
          <w:rFonts w:asciiTheme="majorHAnsi" w:hAnsiTheme="majorHAnsi" w:cstheme="majorHAnsi"/>
        </w:rPr>
        <w:t>Experienced, committed and supportive colleagues</w:t>
      </w:r>
    </w:p>
    <w:p w14:paraId="0470C15F" w14:textId="060E9AC2" w:rsidR="00AF15D8" w:rsidRDefault="001B3766" w:rsidP="0063621F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 w:rsidRPr="00DE44FC">
        <w:rPr>
          <w:rFonts w:asciiTheme="majorHAnsi" w:hAnsiTheme="majorHAnsi" w:cstheme="majorHAnsi"/>
        </w:rPr>
        <w:t xml:space="preserve">Excellent </w:t>
      </w:r>
      <w:r w:rsidR="0063621F">
        <w:rPr>
          <w:rFonts w:asciiTheme="majorHAnsi" w:hAnsiTheme="majorHAnsi" w:cstheme="majorHAnsi"/>
        </w:rPr>
        <w:t xml:space="preserve">(CPD) </w:t>
      </w:r>
      <w:r w:rsidRPr="00DE44FC">
        <w:rPr>
          <w:rFonts w:asciiTheme="majorHAnsi" w:hAnsiTheme="majorHAnsi" w:cstheme="majorHAnsi"/>
        </w:rPr>
        <w:t xml:space="preserve">professional </w:t>
      </w:r>
      <w:r w:rsidR="0063621F">
        <w:rPr>
          <w:rFonts w:asciiTheme="majorHAnsi" w:hAnsiTheme="majorHAnsi" w:cstheme="majorHAnsi"/>
        </w:rPr>
        <w:t>support and opportunities for development</w:t>
      </w:r>
    </w:p>
    <w:p w14:paraId="1BCA9D0E" w14:textId="208C7116" w:rsidR="0063621F" w:rsidRDefault="0063621F" w:rsidP="0063621F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20% PPA time</w:t>
      </w:r>
    </w:p>
    <w:p w14:paraId="5E1536C5" w14:textId="73AA063E" w:rsidR="0063621F" w:rsidRDefault="0063621F" w:rsidP="0063621F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 active role in contributing to the shared vision of our school</w:t>
      </w:r>
    </w:p>
    <w:p w14:paraId="11473376" w14:textId="54932ED1" w:rsidR="0063621F" w:rsidRDefault="0063621F" w:rsidP="0063621F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Fee remission</w:t>
      </w:r>
    </w:p>
    <w:p w14:paraId="6A5976AB" w14:textId="043CCF38" w:rsidR="0063621F" w:rsidRDefault="0063621F" w:rsidP="0063621F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Pension scheme</w:t>
      </w:r>
    </w:p>
    <w:p w14:paraId="2C94D45D" w14:textId="5AC1251C" w:rsidR="0063621F" w:rsidRPr="0063621F" w:rsidRDefault="0063621F" w:rsidP="0063621F">
      <w:pPr>
        <w:pStyle w:val="NoSpacing"/>
        <w:numPr>
          <w:ilvl w:val="0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 employment well-being package</w:t>
      </w:r>
    </w:p>
    <w:p w14:paraId="74B7087D" w14:textId="4498C4FD" w:rsidR="00AF15D8" w:rsidRPr="0063621F" w:rsidRDefault="0063621F" w:rsidP="0063621F">
      <w:pPr>
        <w:pStyle w:val="ListParagraph"/>
        <w:numPr>
          <w:ilvl w:val="0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L</w:t>
      </w:r>
      <w:r w:rsidR="001B3766" w:rsidRPr="0063621F">
        <w:rPr>
          <w:rFonts w:asciiTheme="majorHAnsi" w:hAnsiTheme="majorHAnsi" w:cstheme="majorHAnsi"/>
        </w:rPr>
        <w:t>unch provided by our in-house caterers</w:t>
      </w:r>
    </w:p>
    <w:p w14:paraId="33206069" w14:textId="1F52722C" w:rsidR="001B3766" w:rsidRPr="001B3766" w:rsidRDefault="0063621F" w:rsidP="001B3766">
      <w:pPr>
        <w:pStyle w:val="ListParagraph"/>
        <w:numPr>
          <w:ilvl w:val="0"/>
          <w:numId w:val="1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Onsite Parking</w:t>
      </w:r>
    </w:p>
    <w:p w14:paraId="5EB26688" w14:textId="02ABB2B1" w:rsidR="001B3766" w:rsidRPr="001B3766" w:rsidRDefault="001B3766" w:rsidP="001B3766">
      <w:pPr>
        <w:rPr>
          <w:rFonts w:asciiTheme="majorHAnsi" w:hAnsiTheme="majorHAnsi" w:cstheme="majorHAnsi"/>
          <w:lang w:val="en-GB"/>
        </w:rPr>
      </w:pPr>
      <w:r w:rsidRPr="001B3766">
        <w:rPr>
          <w:rFonts w:asciiTheme="majorHAnsi" w:hAnsiTheme="majorHAnsi" w:cstheme="majorHAnsi"/>
          <w:lang w:val="en-GB"/>
        </w:rPr>
        <w:t xml:space="preserve">Please download an application form from the </w:t>
      </w:r>
      <w:r w:rsidRPr="001B3766">
        <w:rPr>
          <w:rFonts w:asciiTheme="majorHAnsi" w:hAnsiTheme="majorHAnsi" w:cstheme="majorHAnsi"/>
          <w:lang w:val="en-GB"/>
        </w:rPr>
        <w:t>school’s</w:t>
      </w:r>
      <w:r w:rsidRPr="001B3766">
        <w:rPr>
          <w:rFonts w:asciiTheme="majorHAnsi" w:hAnsiTheme="majorHAnsi" w:cstheme="majorHAnsi"/>
          <w:lang w:val="en-GB"/>
        </w:rPr>
        <w:t xml:space="preserve"> website. </w:t>
      </w:r>
    </w:p>
    <w:p w14:paraId="12D6F32F" w14:textId="5375B289" w:rsidR="001B3766" w:rsidRPr="001B3766" w:rsidRDefault="001B3766" w:rsidP="001B3766">
      <w:pPr>
        <w:rPr>
          <w:rFonts w:asciiTheme="majorHAnsi" w:hAnsiTheme="majorHAnsi" w:cstheme="majorHAnsi"/>
          <w:lang w:val="en-GB"/>
        </w:rPr>
      </w:pPr>
      <w:r w:rsidRPr="001B3766">
        <w:rPr>
          <w:rFonts w:asciiTheme="majorHAnsi" w:hAnsiTheme="majorHAnsi" w:cstheme="majorHAnsi"/>
          <w:lang w:val="en-GB"/>
        </w:rPr>
        <w:t>Further details can be obtained by emailing Mrs Bally Buttar, Office Manager at office@stbernardsprep.org </w:t>
      </w:r>
    </w:p>
    <w:p w14:paraId="5B3C1821" w14:textId="77777777" w:rsidR="001B3766" w:rsidRPr="001B3766" w:rsidRDefault="001B3766" w:rsidP="001B3766">
      <w:pPr>
        <w:rPr>
          <w:rFonts w:asciiTheme="majorHAnsi" w:hAnsiTheme="majorHAnsi" w:cstheme="majorHAnsi"/>
          <w:lang w:val="en-GB"/>
        </w:rPr>
      </w:pPr>
      <w:r w:rsidRPr="001B3766">
        <w:rPr>
          <w:rFonts w:asciiTheme="majorHAnsi" w:hAnsiTheme="majorHAnsi" w:cstheme="majorHAnsi"/>
          <w:lang w:val="en-GB"/>
        </w:rPr>
        <w:t>You are welcome to visit the school.</w:t>
      </w:r>
    </w:p>
    <w:p w14:paraId="63564EBA" w14:textId="77777777" w:rsidR="001B3766" w:rsidRPr="001B3766" w:rsidRDefault="001B3766" w:rsidP="001B3766">
      <w:pPr>
        <w:rPr>
          <w:rFonts w:asciiTheme="majorHAnsi" w:hAnsiTheme="majorHAnsi" w:cstheme="majorHAnsi"/>
        </w:rPr>
      </w:pPr>
    </w:p>
    <w:sectPr w:rsidR="001B3766" w:rsidRPr="001B376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0866BE6"/>
    <w:multiLevelType w:val="hybridMultilevel"/>
    <w:tmpl w:val="4378B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1726E"/>
    <w:multiLevelType w:val="hybridMultilevel"/>
    <w:tmpl w:val="92CAF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905DEC"/>
    <w:multiLevelType w:val="hybridMultilevel"/>
    <w:tmpl w:val="02109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0C0187"/>
    <w:multiLevelType w:val="hybridMultilevel"/>
    <w:tmpl w:val="9FF2A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5125353">
    <w:abstractNumId w:val="8"/>
  </w:num>
  <w:num w:numId="2" w16cid:durableId="530916697">
    <w:abstractNumId w:val="6"/>
  </w:num>
  <w:num w:numId="3" w16cid:durableId="1400834154">
    <w:abstractNumId w:val="5"/>
  </w:num>
  <w:num w:numId="4" w16cid:durableId="276913413">
    <w:abstractNumId w:val="4"/>
  </w:num>
  <w:num w:numId="5" w16cid:durableId="1575896206">
    <w:abstractNumId w:val="7"/>
  </w:num>
  <w:num w:numId="6" w16cid:durableId="1521814543">
    <w:abstractNumId w:val="3"/>
  </w:num>
  <w:num w:numId="7" w16cid:durableId="1475489530">
    <w:abstractNumId w:val="2"/>
  </w:num>
  <w:num w:numId="8" w16cid:durableId="1417241220">
    <w:abstractNumId w:val="1"/>
  </w:num>
  <w:num w:numId="9" w16cid:durableId="208029944">
    <w:abstractNumId w:val="0"/>
  </w:num>
  <w:num w:numId="10" w16cid:durableId="1705135430">
    <w:abstractNumId w:val="11"/>
  </w:num>
  <w:num w:numId="11" w16cid:durableId="1159733907">
    <w:abstractNumId w:val="9"/>
  </w:num>
  <w:num w:numId="12" w16cid:durableId="577784357">
    <w:abstractNumId w:val="10"/>
  </w:num>
  <w:num w:numId="13" w16cid:durableId="9411850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3766"/>
    <w:rsid w:val="0029639D"/>
    <w:rsid w:val="00326F90"/>
    <w:rsid w:val="00381667"/>
    <w:rsid w:val="00455CF2"/>
    <w:rsid w:val="004C3055"/>
    <w:rsid w:val="0063621F"/>
    <w:rsid w:val="00785CAE"/>
    <w:rsid w:val="00904DB2"/>
    <w:rsid w:val="00AA1D8D"/>
    <w:rsid w:val="00AF15D8"/>
    <w:rsid w:val="00B47730"/>
    <w:rsid w:val="00CB0664"/>
    <w:rsid w:val="00DE44FC"/>
    <w:rsid w:val="00FC693F"/>
    <w:rsid w:val="00FD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4"/>
    <o:shapelayout v:ext="edit">
      <o:idmap v:ext="edit" data="1"/>
    </o:shapelayout>
  </w:shapeDefaults>
  <w:decimalSymbol w:val="."/>
  <w:listSeparator w:val=","/>
  <w14:docId w14:val="66964FA9"/>
  <w14:defaultImageDpi w14:val="300"/>
  <w15:docId w15:val="{338DE5BA-5731-4424-ACB8-791430B6E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03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Bally Buttar</cp:lastModifiedBy>
  <cp:revision>2</cp:revision>
  <dcterms:created xsi:type="dcterms:W3CDTF">2026-03-05T17:39:00Z</dcterms:created>
  <dcterms:modified xsi:type="dcterms:W3CDTF">2026-03-05T17:39:00Z</dcterms:modified>
  <cp:category/>
</cp:coreProperties>
</file>